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62164" w14:textId="77777777" w:rsidR="00055202" w:rsidRPr="003363B0" w:rsidRDefault="00000000" w:rsidP="003363B0">
      <w:pPr>
        <w:pStyle w:val="Ttulo"/>
        <w:pBdr>
          <w:top w:val="single" w:sz="24" w:space="1" w:color="auto"/>
          <w:bottom w:val="single" w:sz="24" w:space="1" w:color="auto"/>
        </w:pBdr>
        <w:jc w:val="center"/>
        <w:rPr>
          <w:b/>
          <w:bCs/>
          <w:color w:val="000000" w:themeColor="text1"/>
          <w:sz w:val="44"/>
          <w:szCs w:val="44"/>
        </w:rPr>
      </w:pPr>
      <w:r w:rsidRPr="003363B0">
        <w:rPr>
          <w:b/>
          <w:bCs/>
          <w:color w:val="000000" w:themeColor="text1"/>
          <w:sz w:val="44"/>
          <w:szCs w:val="44"/>
        </w:rPr>
        <w:t>DECLARAÇÃO DE USO DE INTELIGÊNCIA ARTIFICIAL EM TRABALHOS ACADÊMICOS</w:t>
      </w:r>
    </w:p>
    <w:p w14:paraId="7264CF39" w14:textId="597FBDBB" w:rsidR="00055202" w:rsidRPr="003363B0" w:rsidRDefault="00000000" w:rsidP="003363B0">
      <w:pPr>
        <w:snapToGrid w:val="0"/>
        <w:spacing w:after="0" w:line="240" w:lineRule="auto"/>
        <w:rPr>
          <w:rFonts w:ascii="Aptos" w:hAnsi="Aptos"/>
          <w:b/>
          <w:bCs/>
        </w:rPr>
      </w:pPr>
      <w:r w:rsidRPr="003363B0">
        <w:rPr>
          <w:rFonts w:ascii="Aptos" w:hAnsi="Aptos"/>
        </w:rPr>
        <w:br/>
      </w:r>
      <w:r w:rsidRPr="003363B0">
        <w:rPr>
          <w:rFonts w:ascii="Aptos" w:hAnsi="Aptos"/>
          <w:b/>
          <w:bCs/>
        </w:rPr>
        <w:t xml:space="preserve">1. </w:t>
      </w:r>
      <w:proofErr w:type="spellStart"/>
      <w:r w:rsidRPr="003363B0">
        <w:rPr>
          <w:rFonts w:ascii="Aptos" w:hAnsi="Aptos"/>
          <w:b/>
          <w:bCs/>
        </w:rPr>
        <w:t>Identificação</w:t>
      </w:r>
      <w:proofErr w:type="spellEnd"/>
      <w:r w:rsidRPr="003363B0">
        <w:rPr>
          <w:rFonts w:ascii="Aptos" w:hAnsi="Aptos"/>
          <w:b/>
          <w:bCs/>
        </w:rPr>
        <w:br/>
      </w:r>
      <w:r w:rsidR="003363B0">
        <w:rPr>
          <w:rFonts w:ascii="Aptos" w:hAnsi="Aptos"/>
        </w:rPr>
        <w:t xml:space="preserve">     </w:t>
      </w:r>
      <w:proofErr w:type="spellStart"/>
      <w:r w:rsidRPr="003363B0">
        <w:rPr>
          <w:rFonts w:ascii="Aptos" w:hAnsi="Aptos"/>
        </w:rPr>
        <w:t>Aluno</w:t>
      </w:r>
      <w:proofErr w:type="spellEnd"/>
      <w:r w:rsidRPr="003363B0">
        <w:rPr>
          <w:rFonts w:ascii="Aptos" w:hAnsi="Aptos"/>
        </w:rPr>
        <w:t>:</w:t>
      </w:r>
      <w:r w:rsidR="00171D90">
        <w:rPr>
          <w:rFonts w:ascii="Aptos" w:hAnsi="Aptos"/>
        </w:rPr>
        <w:t xml:space="preserve"> </w:t>
      </w:r>
    </w:p>
    <w:p w14:paraId="206EA0EA" w14:textId="222F0C85" w:rsidR="00055202" w:rsidRPr="003363B0" w:rsidRDefault="003363B0" w:rsidP="003363B0">
      <w:pPr>
        <w:snapToGrid w:val="0"/>
        <w:spacing w:after="0" w:line="240" w:lineRule="auto"/>
        <w:rPr>
          <w:rFonts w:ascii="Aptos" w:hAnsi="Aptos"/>
        </w:rPr>
      </w:pPr>
      <w:r>
        <w:rPr>
          <w:rFonts w:ascii="Aptos" w:hAnsi="Aptos"/>
        </w:rPr>
        <w:t xml:space="preserve">     </w:t>
      </w:r>
      <w:r w:rsidRPr="003363B0">
        <w:rPr>
          <w:rFonts w:ascii="Aptos" w:hAnsi="Aptos"/>
        </w:rPr>
        <w:t xml:space="preserve">RA / </w:t>
      </w:r>
      <w:proofErr w:type="spellStart"/>
      <w:r w:rsidRPr="003363B0">
        <w:rPr>
          <w:rFonts w:ascii="Aptos" w:hAnsi="Aptos"/>
        </w:rPr>
        <w:t>Matrícula</w:t>
      </w:r>
      <w:proofErr w:type="spellEnd"/>
      <w:r w:rsidRPr="003363B0">
        <w:rPr>
          <w:rFonts w:ascii="Aptos" w:hAnsi="Aptos"/>
        </w:rPr>
        <w:t>:</w:t>
      </w:r>
      <w:r w:rsidR="00171D90">
        <w:rPr>
          <w:rFonts w:ascii="Aptos" w:hAnsi="Aptos"/>
        </w:rPr>
        <w:t xml:space="preserve"> </w:t>
      </w:r>
    </w:p>
    <w:p w14:paraId="4F1FF75D" w14:textId="1B4C62CF" w:rsidR="00055202" w:rsidRPr="003363B0" w:rsidRDefault="003363B0" w:rsidP="003363B0">
      <w:pPr>
        <w:snapToGrid w:val="0"/>
        <w:spacing w:after="0" w:line="240" w:lineRule="auto"/>
        <w:rPr>
          <w:rFonts w:ascii="Aptos" w:hAnsi="Aptos"/>
        </w:rPr>
      </w:pPr>
      <w:r>
        <w:rPr>
          <w:rFonts w:ascii="Aptos" w:hAnsi="Aptos"/>
        </w:rPr>
        <w:t xml:space="preserve">     </w:t>
      </w:r>
      <w:proofErr w:type="spellStart"/>
      <w:r w:rsidRPr="003363B0">
        <w:rPr>
          <w:rFonts w:ascii="Aptos" w:hAnsi="Aptos"/>
        </w:rPr>
        <w:t>Curso</w:t>
      </w:r>
      <w:proofErr w:type="spellEnd"/>
      <w:r w:rsidRPr="003363B0">
        <w:rPr>
          <w:rFonts w:ascii="Aptos" w:hAnsi="Aptos"/>
        </w:rPr>
        <w:t>:</w:t>
      </w:r>
      <w:r w:rsidR="00171D90">
        <w:rPr>
          <w:rFonts w:ascii="Aptos" w:hAnsi="Aptos"/>
        </w:rPr>
        <w:t xml:space="preserve"> </w:t>
      </w:r>
    </w:p>
    <w:p w14:paraId="18619A22" w14:textId="1443F692" w:rsidR="00055202" w:rsidRPr="003363B0" w:rsidRDefault="003363B0" w:rsidP="003363B0">
      <w:pPr>
        <w:snapToGrid w:val="0"/>
        <w:spacing w:after="0" w:line="240" w:lineRule="auto"/>
        <w:rPr>
          <w:rFonts w:ascii="Aptos" w:hAnsi="Aptos"/>
        </w:rPr>
      </w:pPr>
      <w:r>
        <w:rPr>
          <w:rFonts w:ascii="Aptos" w:hAnsi="Aptos"/>
        </w:rPr>
        <w:t xml:space="preserve">     </w:t>
      </w:r>
      <w:proofErr w:type="spellStart"/>
      <w:r w:rsidRPr="003363B0">
        <w:rPr>
          <w:rFonts w:ascii="Aptos" w:hAnsi="Aptos"/>
        </w:rPr>
        <w:t>Nível</w:t>
      </w:r>
      <w:proofErr w:type="spellEnd"/>
      <w:r w:rsidRPr="003363B0">
        <w:rPr>
          <w:rFonts w:ascii="Aptos" w:hAnsi="Aptos"/>
        </w:rPr>
        <w:t>:</w:t>
      </w:r>
      <w:r>
        <w:rPr>
          <w:rFonts w:ascii="Aptos" w:hAnsi="Aptos"/>
        </w:rPr>
        <w:t xml:space="preserve"> </w:t>
      </w:r>
      <w:r w:rsidRPr="003363B0">
        <w:rPr>
          <w:rFonts w:ascii="Aptos" w:hAnsi="Aptos"/>
        </w:rPr>
        <w:t xml:space="preserve"> </w:t>
      </w:r>
      <w:r>
        <w:rPr>
          <w:rFonts w:ascii="Aptos" w:hAnsi="Aptos"/>
        </w:rPr>
        <w:t xml:space="preserve">    (    ) IC      </w:t>
      </w:r>
      <w:r w:rsidRPr="003363B0">
        <w:rPr>
          <w:rFonts w:ascii="Aptos" w:hAnsi="Aptos"/>
        </w:rPr>
        <w:t xml:space="preserve">( </w:t>
      </w:r>
      <w:r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) TCC   </w:t>
      </w:r>
      <w:r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( </w:t>
      </w:r>
      <w:r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) </w:t>
      </w:r>
      <w:proofErr w:type="spellStart"/>
      <w:r w:rsidRPr="003363B0">
        <w:rPr>
          <w:rFonts w:ascii="Aptos" w:hAnsi="Aptos"/>
        </w:rPr>
        <w:t>Mestrado</w:t>
      </w:r>
      <w:proofErr w:type="spellEnd"/>
      <w:r w:rsidRPr="003363B0">
        <w:rPr>
          <w:rFonts w:ascii="Aptos" w:hAnsi="Aptos"/>
        </w:rPr>
        <w:t xml:space="preserve">  </w:t>
      </w:r>
      <w:r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 (</w:t>
      </w:r>
      <w:r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 ) </w:t>
      </w:r>
      <w:proofErr w:type="spellStart"/>
      <w:r w:rsidRPr="003363B0">
        <w:rPr>
          <w:rFonts w:ascii="Aptos" w:hAnsi="Aptos"/>
        </w:rPr>
        <w:t>Doutorado</w:t>
      </w:r>
      <w:proofErr w:type="spellEnd"/>
      <w:r w:rsidRPr="003363B0">
        <w:rPr>
          <w:rFonts w:ascii="Aptos" w:hAnsi="Aptos"/>
        </w:rPr>
        <w:br/>
      </w:r>
    </w:p>
    <w:p w14:paraId="39912FE5" w14:textId="18E685D9" w:rsidR="003363B0" w:rsidRPr="008A66A8" w:rsidRDefault="00000000" w:rsidP="003363B0">
      <w:pPr>
        <w:snapToGrid w:val="0"/>
        <w:spacing w:after="0" w:line="240" w:lineRule="auto"/>
        <w:rPr>
          <w:rFonts w:ascii="Aptos" w:hAnsi="Aptos"/>
        </w:rPr>
      </w:pPr>
      <w:proofErr w:type="spellStart"/>
      <w:r w:rsidRPr="003363B0">
        <w:rPr>
          <w:rFonts w:ascii="Aptos" w:hAnsi="Aptos"/>
          <w:b/>
          <w:bCs/>
        </w:rPr>
        <w:t>Título</w:t>
      </w:r>
      <w:proofErr w:type="spellEnd"/>
      <w:r w:rsidRPr="003363B0">
        <w:rPr>
          <w:rFonts w:ascii="Aptos" w:hAnsi="Aptos"/>
          <w:b/>
          <w:bCs/>
        </w:rPr>
        <w:t xml:space="preserve"> do </w:t>
      </w:r>
      <w:proofErr w:type="spellStart"/>
      <w:r w:rsidRPr="003363B0">
        <w:rPr>
          <w:rFonts w:ascii="Aptos" w:hAnsi="Aptos"/>
          <w:b/>
          <w:bCs/>
        </w:rPr>
        <w:t>Trabalho</w:t>
      </w:r>
      <w:proofErr w:type="spellEnd"/>
      <w:r w:rsidRPr="003363B0">
        <w:rPr>
          <w:rFonts w:ascii="Aptos" w:hAnsi="Aptos"/>
          <w:b/>
          <w:bCs/>
        </w:rPr>
        <w:t>:</w:t>
      </w:r>
      <w:r w:rsidR="00171D90">
        <w:rPr>
          <w:rFonts w:ascii="Aptos" w:hAnsi="Aptos"/>
        </w:rPr>
        <w:t xml:space="preserve"> </w:t>
      </w:r>
    </w:p>
    <w:p w14:paraId="169F683A" w14:textId="0E56F8BD" w:rsidR="00055202" w:rsidRPr="003363B0" w:rsidRDefault="00000000" w:rsidP="003363B0">
      <w:pPr>
        <w:snapToGrid w:val="0"/>
        <w:spacing w:after="0" w:line="240" w:lineRule="auto"/>
        <w:rPr>
          <w:rFonts w:ascii="Aptos" w:hAnsi="Aptos"/>
        </w:rPr>
      </w:pPr>
      <w:proofErr w:type="spellStart"/>
      <w:r w:rsidRPr="003363B0">
        <w:rPr>
          <w:rFonts w:ascii="Aptos" w:hAnsi="Aptos"/>
          <w:b/>
          <w:bCs/>
        </w:rPr>
        <w:t>Orientador</w:t>
      </w:r>
      <w:proofErr w:type="spellEnd"/>
      <w:r w:rsidRPr="003363B0">
        <w:rPr>
          <w:rFonts w:ascii="Aptos" w:hAnsi="Aptos"/>
          <w:b/>
          <w:bCs/>
        </w:rPr>
        <w:t>:</w:t>
      </w:r>
      <w:r w:rsidR="003363B0">
        <w:rPr>
          <w:rFonts w:ascii="Aptos" w:hAnsi="Aptos"/>
        </w:rPr>
        <w:t xml:space="preserve"> Prof. Dr. Marcelo Antonio Amaro Pinheiro</w:t>
      </w:r>
      <w:r w:rsidRPr="003363B0">
        <w:rPr>
          <w:rFonts w:ascii="Aptos" w:hAnsi="Aptos"/>
        </w:rPr>
        <w:br/>
      </w:r>
    </w:p>
    <w:p w14:paraId="4260FC65" w14:textId="77777777" w:rsidR="003363B0" w:rsidRDefault="00000000" w:rsidP="003363B0">
      <w:pPr>
        <w:snapToGrid w:val="0"/>
        <w:spacing w:after="0" w:line="240" w:lineRule="auto"/>
        <w:rPr>
          <w:rFonts w:ascii="Aptos" w:hAnsi="Aptos"/>
          <w:b/>
          <w:bCs/>
        </w:rPr>
      </w:pPr>
      <w:r w:rsidRPr="003363B0">
        <w:rPr>
          <w:rFonts w:ascii="Aptos" w:hAnsi="Aptos"/>
          <w:b/>
          <w:bCs/>
        </w:rPr>
        <w:t xml:space="preserve">2. </w:t>
      </w:r>
      <w:proofErr w:type="spellStart"/>
      <w:r w:rsidRPr="003363B0">
        <w:rPr>
          <w:rFonts w:ascii="Aptos" w:hAnsi="Aptos"/>
          <w:b/>
          <w:bCs/>
        </w:rPr>
        <w:t>Declaração</w:t>
      </w:r>
      <w:proofErr w:type="spellEnd"/>
      <w:r w:rsidRPr="003363B0">
        <w:rPr>
          <w:rFonts w:ascii="Aptos" w:hAnsi="Aptos"/>
          <w:b/>
          <w:bCs/>
        </w:rPr>
        <w:t xml:space="preserve"> Geral</w:t>
      </w:r>
    </w:p>
    <w:p w14:paraId="2C7E7F34" w14:textId="271A98B4" w:rsidR="00055202" w:rsidRPr="003363B0" w:rsidRDefault="00000000" w:rsidP="008A66A8">
      <w:pPr>
        <w:snapToGrid w:val="0"/>
        <w:spacing w:after="0" w:line="240" w:lineRule="auto"/>
        <w:jc w:val="both"/>
        <w:rPr>
          <w:rFonts w:ascii="Aptos" w:hAnsi="Aptos"/>
          <w:b/>
          <w:bCs/>
        </w:rPr>
      </w:pPr>
      <w:r w:rsidRPr="003363B0">
        <w:rPr>
          <w:rFonts w:ascii="Aptos" w:hAnsi="Aptos"/>
        </w:rPr>
        <w:t xml:space="preserve">Declaro, para </w:t>
      </w:r>
      <w:proofErr w:type="spellStart"/>
      <w:r w:rsidRPr="003363B0">
        <w:rPr>
          <w:rFonts w:ascii="Aptos" w:hAnsi="Aptos"/>
        </w:rPr>
        <w:t>os</w:t>
      </w:r>
      <w:proofErr w:type="spellEnd"/>
      <w:r w:rsidRPr="003363B0">
        <w:rPr>
          <w:rFonts w:ascii="Aptos" w:hAnsi="Aptos"/>
        </w:rPr>
        <w:t xml:space="preserve"> </w:t>
      </w:r>
      <w:proofErr w:type="spellStart"/>
      <w:r w:rsidRPr="003363B0">
        <w:rPr>
          <w:rFonts w:ascii="Aptos" w:hAnsi="Aptos"/>
        </w:rPr>
        <w:t>devidos</w:t>
      </w:r>
      <w:proofErr w:type="spellEnd"/>
      <w:r w:rsidRPr="003363B0">
        <w:rPr>
          <w:rFonts w:ascii="Aptos" w:hAnsi="Aptos"/>
        </w:rPr>
        <w:t xml:space="preserve"> fins, </w:t>
      </w:r>
      <w:proofErr w:type="spellStart"/>
      <w:r w:rsidRPr="003363B0">
        <w:rPr>
          <w:rFonts w:ascii="Aptos" w:hAnsi="Aptos"/>
        </w:rPr>
        <w:t>que</w:t>
      </w:r>
      <w:proofErr w:type="spellEnd"/>
      <w:r w:rsidRPr="003363B0">
        <w:rPr>
          <w:rFonts w:ascii="Aptos" w:hAnsi="Aptos"/>
        </w:rPr>
        <w:t xml:space="preserve"> o uso de ferramentas de Inteligência Artificial (IA) no desenvolvimento deste trabalho acadêmico foi realizado de forma ética, transparente e sob orientação.</w:t>
      </w:r>
      <w:r w:rsidRPr="003363B0">
        <w:rPr>
          <w:rFonts w:ascii="Aptos" w:hAnsi="Aptos"/>
        </w:rPr>
        <w:br/>
      </w:r>
    </w:p>
    <w:p w14:paraId="0BE2C3D6" w14:textId="1139E924" w:rsidR="00055202" w:rsidRPr="003363B0" w:rsidRDefault="00000000" w:rsidP="003363B0">
      <w:pPr>
        <w:snapToGrid w:val="0"/>
        <w:spacing w:after="0" w:line="240" w:lineRule="auto"/>
        <w:rPr>
          <w:rFonts w:ascii="Aptos" w:hAnsi="Aptos"/>
          <w:b/>
          <w:bCs/>
        </w:rPr>
      </w:pPr>
      <w:r w:rsidRPr="003363B0">
        <w:rPr>
          <w:rFonts w:ascii="Aptos" w:hAnsi="Aptos"/>
          <w:b/>
          <w:bCs/>
        </w:rPr>
        <w:t xml:space="preserve">3. Uso de </w:t>
      </w:r>
      <w:proofErr w:type="spellStart"/>
      <w:r w:rsidRPr="003363B0">
        <w:rPr>
          <w:rFonts w:ascii="Aptos" w:hAnsi="Aptos"/>
          <w:b/>
          <w:bCs/>
        </w:rPr>
        <w:t>Inteligência</w:t>
      </w:r>
      <w:proofErr w:type="spellEnd"/>
      <w:r w:rsidRPr="003363B0">
        <w:rPr>
          <w:rFonts w:ascii="Aptos" w:hAnsi="Aptos"/>
          <w:b/>
          <w:bCs/>
        </w:rPr>
        <w:t xml:space="preserve"> Artificial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66"/>
        <w:gridCol w:w="1824"/>
        <w:gridCol w:w="1819"/>
        <w:gridCol w:w="1812"/>
        <w:gridCol w:w="1132"/>
        <w:gridCol w:w="1101"/>
      </w:tblGrid>
      <w:tr w:rsidR="003363B0" w:rsidRPr="003363B0" w14:paraId="4EC48EA2" w14:textId="77777777" w:rsidTr="008A66A8">
        <w:trPr>
          <w:trHeight w:val="559"/>
        </w:trPr>
        <w:tc>
          <w:tcPr>
            <w:tcW w:w="1985" w:type="dxa"/>
            <w:shd w:val="pct10" w:color="auto" w:fill="auto"/>
            <w:vAlign w:val="center"/>
          </w:tcPr>
          <w:p w14:paraId="157FA955" w14:textId="704338AA" w:rsidR="00055202" w:rsidRPr="003363B0" w:rsidRDefault="00000000" w:rsidP="003363B0">
            <w:pPr>
              <w:snapToGrid w:val="0"/>
              <w:spacing w:before="40" w:after="40" w:line="240" w:lineRule="auto"/>
              <w:jc w:val="center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3363B0">
              <w:rPr>
                <w:rFonts w:ascii="Aptos" w:hAnsi="Aptos"/>
                <w:b/>
                <w:bCs/>
                <w:sz w:val="18"/>
                <w:szCs w:val="18"/>
              </w:rPr>
              <w:t>Ferramenta</w:t>
            </w:r>
            <w:r w:rsidR="003363B0">
              <w:rPr>
                <w:rFonts w:ascii="Aptos" w:hAnsi="Aptos"/>
                <w:b/>
                <w:bCs/>
                <w:sz w:val="18"/>
                <w:szCs w:val="18"/>
              </w:rPr>
              <w:t xml:space="preserve"> IA</w:t>
            </w:r>
            <w:r w:rsidR="003363B0">
              <w:rPr>
                <w:rFonts w:ascii="Aptos" w:hAnsi="Aptos"/>
                <w:b/>
                <w:bCs/>
                <w:sz w:val="18"/>
                <w:szCs w:val="18"/>
              </w:rPr>
              <w:br/>
            </w:r>
            <w:r w:rsidRPr="003363B0">
              <w:rPr>
                <w:rFonts w:ascii="Aptos" w:hAnsi="Aptos"/>
                <w:b/>
                <w:bCs/>
                <w:sz w:val="15"/>
                <w:szCs w:val="15"/>
              </w:rPr>
              <w:t>(</w:t>
            </w:r>
            <w:proofErr w:type="spellStart"/>
            <w:r w:rsidRPr="003363B0">
              <w:rPr>
                <w:rFonts w:ascii="Aptos" w:hAnsi="Aptos"/>
                <w:b/>
                <w:bCs/>
                <w:sz w:val="15"/>
                <w:szCs w:val="15"/>
              </w:rPr>
              <w:t>nome</w:t>
            </w:r>
            <w:proofErr w:type="spellEnd"/>
            <w:r w:rsidR="003363B0" w:rsidRPr="003363B0">
              <w:rPr>
                <w:rFonts w:ascii="Aptos" w:hAnsi="Aptos"/>
                <w:b/>
                <w:bCs/>
                <w:sz w:val="15"/>
                <w:szCs w:val="15"/>
              </w:rPr>
              <w:t xml:space="preserve"> </w:t>
            </w:r>
            <w:r w:rsidRPr="003363B0">
              <w:rPr>
                <w:rFonts w:ascii="Aptos" w:hAnsi="Aptos"/>
                <w:b/>
                <w:bCs/>
                <w:sz w:val="15"/>
                <w:szCs w:val="15"/>
              </w:rPr>
              <w:t>/</w:t>
            </w:r>
            <w:r w:rsidR="003363B0" w:rsidRPr="003363B0">
              <w:rPr>
                <w:rFonts w:ascii="Aptos" w:hAnsi="Aptos"/>
                <w:b/>
                <w:bCs/>
                <w:sz w:val="15"/>
                <w:szCs w:val="15"/>
              </w:rPr>
              <w:t xml:space="preserve"> </w:t>
            </w:r>
            <w:proofErr w:type="spellStart"/>
            <w:r w:rsidRPr="003363B0">
              <w:rPr>
                <w:rFonts w:ascii="Aptos" w:hAnsi="Aptos"/>
                <w:b/>
                <w:bCs/>
                <w:sz w:val="15"/>
                <w:szCs w:val="15"/>
              </w:rPr>
              <w:t>versão</w:t>
            </w:r>
            <w:proofErr w:type="spellEnd"/>
            <w:r w:rsidRPr="003363B0">
              <w:rPr>
                <w:rFonts w:ascii="Aptos" w:hAnsi="Aptos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843" w:type="dxa"/>
            <w:shd w:val="pct10" w:color="auto" w:fill="auto"/>
            <w:vAlign w:val="center"/>
          </w:tcPr>
          <w:p w14:paraId="5D8FEB62" w14:textId="77777777" w:rsidR="00055202" w:rsidRPr="003363B0" w:rsidRDefault="00000000" w:rsidP="003363B0">
            <w:pPr>
              <w:snapToGrid w:val="0"/>
              <w:spacing w:before="40" w:after="40" w:line="240" w:lineRule="auto"/>
              <w:jc w:val="center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3363B0">
              <w:rPr>
                <w:rFonts w:ascii="Aptos" w:hAnsi="Aptos"/>
                <w:b/>
                <w:bCs/>
                <w:sz w:val="18"/>
                <w:szCs w:val="18"/>
              </w:rPr>
              <w:t>Finalidade</w:t>
            </w:r>
          </w:p>
        </w:tc>
        <w:tc>
          <w:tcPr>
            <w:tcW w:w="1842" w:type="dxa"/>
            <w:shd w:val="pct10" w:color="auto" w:fill="auto"/>
            <w:vAlign w:val="center"/>
          </w:tcPr>
          <w:p w14:paraId="7545EFB5" w14:textId="77777777" w:rsidR="00055202" w:rsidRPr="003363B0" w:rsidRDefault="00000000" w:rsidP="003363B0">
            <w:pPr>
              <w:snapToGrid w:val="0"/>
              <w:spacing w:before="40" w:after="40" w:line="240" w:lineRule="auto"/>
              <w:jc w:val="center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3363B0">
              <w:rPr>
                <w:rFonts w:ascii="Aptos" w:hAnsi="Aptos"/>
                <w:b/>
                <w:bCs/>
                <w:sz w:val="18"/>
                <w:szCs w:val="18"/>
              </w:rPr>
              <w:t>Parte do trabalho</w:t>
            </w:r>
          </w:p>
        </w:tc>
        <w:tc>
          <w:tcPr>
            <w:tcW w:w="1843" w:type="dxa"/>
            <w:shd w:val="pct10" w:color="auto" w:fill="auto"/>
            <w:vAlign w:val="center"/>
          </w:tcPr>
          <w:p w14:paraId="1709DC2E" w14:textId="77777777" w:rsidR="00055202" w:rsidRPr="003363B0" w:rsidRDefault="00000000" w:rsidP="003363B0">
            <w:pPr>
              <w:snapToGrid w:val="0"/>
              <w:spacing w:before="40" w:after="40" w:line="240" w:lineRule="auto"/>
              <w:jc w:val="center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3363B0">
              <w:rPr>
                <w:rFonts w:ascii="Aptos" w:hAnsi="Aptos"/>
                <w:b/>
                <w:bCs/>
                <w:sz w:val="18"/>
                <w:szCs w:val="18"/>
              </w:rPr>
              <w:t>Tipo de uso</w:t>
            </w:r>
          </w:p>
        </w:tc>
        <w:tc>
          <w:tcPr>
            <w:tcW w:w="1134" w:type="dxa"/>
            <w:shd w:val="pct10" w:color="auto" w:fill="auto"/>
            <w:vAlign w:val="center"/>
          </w:tcPr>
          <w:p w14:paraId="70509A10" w14:textId="61349B91" w:rsidR="00055202" w:rsidRPr="003363B0" w:rsidRDefault="00000000" w:rsidP="003363B0">
            <w:pPr>
              <w:snapToGrid w:val="0"/>
              <w:spacing w:before="40" w:after="40" w:line="240" w:lineRule="auto"/>
              <w:jc w:val="center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3363B0">
              <w:rPr>
                <w:rFonts w:ascii="Aptos" w:hAnsi="Aptos"/>
                <w:b/>
                <w:bCs/>
                <w:sz w:val="18"/>
                <w:szCs w:val="18"/>
              </w:rPr>
              <w:t>Revisado?</w:t>
            </w:r>
            <w:r w:rsidR="003363B0">
              <w:rPr>
                <w:rFonts w:ascii="Aptos" w:hAnsi="Aptos"/>
                <w:b/>
                <w:bCs/>
                <w:sz w:val="18"/>
                <w:szCs w:val="18"/>
              </w:rPr>
              <w:br/>
            </w:r>
            <w:r w:rsidRPr="003363B0">
              <w:rPr>
                <w:rFonts w:ascii="Aptos" w:hAnsi="Aptos"/>
                <w:b/>
                <w:bCs/>
                <w:sz w:val="15"/>
                <w:szCs w:val="15"/>
              </w:rPr>
              <w:t>(</w:t>
            </w:r>
            <w:r w:rsidR="003363B0" w:rsidRPr="003363B0">
              <w:rPr>
                <w:rFonts w:ascii="Aptos" w:hAnsi="Aptos"/>
                <w:b/>
                <w:bCs/>
                <w:sz w:val="15"/>
                <w:szCs w:val="15"/>
              </w:rPr>
              <w:t>Sim / Não)</w:t>
            </w:r>
          </w:p>
        </w:tc>
        <w:tc>
          <w:tcPr>
            <w:tcW w:w="1114" w:type="dxa"/>
            <w:shd w:val="pct10" w:color="auto" w:fill="auto"/>
            <w:vAlign w:val="center"/>
          </w:tcPr>
          <w:p w14:paraId="5F335158" w14:textId="4C936BBB" w:rsidR="00055202" w:rsidRPr="003363B0" w:rsidRDefault="003363B0" w:rsidP="003363B0">
            <w:pPr>
              <w:snapToGrid w:val="0"/>
              <w:spacing w:before="40" w:after="40" w:line="240" w:lineRule="auto"/>
              <w:jc w:val="center"/>
              <w:rPr>
                <w:rFonts w:ascii="Aptos" w:hAnsi="Aptos"/>
                <w:b/>
                <w:bCs/>
                <w:sz w:val="18"/>
                <w:szCs w:val="18"/>
              </w:rPr>
            </w:pPr>
            <w:r w:rsidRPr="003363B0">
              <w:rPr>
                <w:rFonts w:ascii="Aptos" w:hAnsi="Aptos"/>
                <w:b/>
                <w:bCs/>
                <w:sz w:val="18"/>
                <w:szCs w:val="18"/>
              </w:rPr>
              <w:t>Obs.</w:t>
            </w:r>
          </w:p>
        </w:tc>
      </w:tr>
      <w:tr w:rsidR="003363B0" w:rsidRPr="003363B0" w14:paraId="3CB09AEF" w14:textId="77777777" w:rsidTr="008A66A8">
        <w:trPr>
          <w:trHeight w:val="279"/>
        </w:trPr>
        <w:tc>
          <w:tcPr>
            <w:tcW w:w="1985" w:type="dxa"/>
            <w:vAlign w:val="center"/>
          </w:tcPr>
          <w:p w14:paraId="65A0CBBE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64B531A1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14:paraId="163DE620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5FB21E08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F3712E4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vAlign w:val="center"/>
          </w:tcPr>
          <w:p w14:paraId="0EDC8395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</w:tr>
      <w:tr w:rsidR="003363B0" w:rsidRPr="003363B0" w14:paraId="17DEEBE4" w14:textId="77777777" w:rsidTr="008A66A8">
        <w:trPr>
          <w:trHeight w:val="279"/>
        </w:trPr>
        <w:tc>
          <w:tcPr>
            <w:tcW w:w="1985" w:type="dxa"/>
            <w:vAlign w:val="center"/>
          </w:tcPr>
          <w:p w14:paraId="5E349851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22C43EEF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14:paraId="5DAF12B1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206CEF2A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E1FD017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vAlign w:val="center"/>
          </w:tcPr>
          <w:p w14:paraId="757EADD0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</w:tr>
      <w:tr w:rsidR="003363B0" w:rsidRPr="003363B0" w14:paraId="0A748B2C" w14:textId="77777777" w:rsidTr="008A66A8">
        <w:trPr>
          <w:trHeight w:val="279"/>
        </w:trPr>
        <w:tc>
          <w:tcPr>
            <w:tcW w:w="1985" w:type="dxa"/>
            <w:vAlign w:val="center"/>
          </w:tcPr>
          <w:p w14:paraId="5E0C4FE2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19618AF0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14:paraId="4E1BDA00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1D871069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18D60E3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vAlign w:val="center"/>
          </w:tcPr>
          <w:p w14:paraId="07CACF04" w14:textId="77777777" w:rsidR="00055202" w:rsidRPr="003363B0" w:rsidRDefault="00000000" w:rsidP="003363B0">
            <w:pPr>
              <w:snapToGrid w:val="0"/>
              <w:spacing w:before="40" w:after="40" w:line="240" w:lineRule="auto"/>
              <w:rPr>
                <w:rFonts w:ascii="Aptos" w:hAnsi="Aptos"/>
                <w:sz w:val="18"/>
                <w:szCs w:val="18"/>
              </w:rPr>
            </w:pPr>
            <w:r w:rsidRPr="003363B0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</w:tr>
    </w:tbl>
    <w:p w14:paraId="340BCBBC" w14:textId="771002AB" w:rsidR="00055202" w:rsidRPr="003363B0" w:rsidRDefault="00000000" w:rsidP="003363B0">
      <w:pPr>
        <w:snapToGrid w:val="0"/>
        <w:spacing w:after="0" w:line="240" w:lineRule="auto"/>
        <w:rPr>
          <w:rFonts w:ascii="Aptos" w:hAnsi="Aptos"/>
          <w:b/>
          <w:bCs/>
        </w:rPr>
      </w:pPr>
      <w:r w:rsidRPr="003363B0">
        <w:rPr>
          <w:rFonts w:ascii="Aptos" w:hAnsi="Aptos"/>
        </w:rPr>
        <w:br/>
      </w:r>
      <w:r w:rsidRPr="003363B0">
        <w:rPr>
          <w:rFonts w:ascii="Aptos" w:hAnsi="Aptos"/>
          <w:b/>
          <w:bCs/>
        </w:rPr>
        <w:t xml:space="preserve">4. </w:t>
      </w:r>
      <w:proofErr w:type="spellStart"/>
      <w:r w:rsidRPr="003363B0">
        <w:rPr>
          <w:rFonts w:ascii="Aptos" w:hAnsi="Aptos"/>
          <w:b/>
          <w:bCs/>
        </w:rPr>
        <w:t>Declarações</w:t>
      </w:r>
      <w:proofErr w:type="spellEnd"/>
      <w:r w:rsidRPr="003363B0">
        <w:rPr>
          <w:rFonts w:ascii="Aptos" w:hAnsi="Aptos"/>
          <w:b/>
          <w:bCs/>
        </w:rPr>
        <w:t xml:space="preserve"> </w:t>
      </w:r>
      <w:proofErr w:type="spellStart"/>
      <w:r w:rsidRPr="003363B0">
        <w:rPr>
          <w:rFonts w:ascii="Aptos" w:hAnsi="Aptos"/>
          <w:b/>
          <w:bCs/>
        </w:rPr>
        <w:t>Específicas</w:t>
      </w:r>
      <w:proofErr w:type="spellEnd"/>
    </w:p>
    <w:p w14:paraId="4393C057" w14:textId="6723670A" w:rsidR="00055202" w:rsidRPr="003363B0" w:rsidRDefault="00000000" w:rsidP="003363B0">
      <w:pPr>
        <w:snapToGrid w:val="0"/>
        <w:spacing w:after="0" w:line="240" w:lineRule="auto"/>
        <w:rPr>
          <w:rFonts w:ascii="Aptos" w:hAnsi="Aptos"/>
        </w:rPr>
      </w:pPr>
      <w:r w:rsidRPr="003363B0">
        <w:rPr>
          <w:rFonts w:ascii="Aptos" w:hAnsi="Aptos"/>
        </w:rPr>
        <w:t xml:space="preserve">( </w:t>
      </w:r>
      <w:r w:rsidR="003363B0"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) Não </w:t>
      </w:r>
      <w:proofErr w:type="spellStart"/>
      <w:r w:rsidRPr="003363B0">
        <w:rPr>
          <w:rFonts w:ascii="Aptos" w:hAnsi="Aptos"/>
        </w:rPr>
        <w:t>utilizei</w:t>
      </w:r>
      <w:proofErr w:type="spellEnd"/>
      <w:r w:rsidRPr="003363B0">
        <w:rPr>
          <w:rFonts w:ascii="Aptos" w:hAnsi="Aptos"/>
        </w:rPr>
        <w:t xml:space="preserve"> IA</w:t>
      </w:r>
    </w:p>
    <w:p w14:paraId="1646A9AB" w14:textId="41A7E8FE" w:rsidR="00055202" w:rsidRPr="003363B0" w:rsidRDefault="00000000" w:rsidP="003363B0">
      <w:pPr>
        <w:snapToGrid w:val="0"/>
        <w:spacing w:after="0" w:line="240" w:lineRule="auto"/>
        <w:rPr>
          <w:rFonts w:ascii="Aptos" w:hAnsi="Aptos"/>
        </w:rPr>
      </w:pPr>
      <w:r w:rsidRPr="003363B0">
        <w:rPr>
          <w:rFonts w:ascii="Aptos" w:hAnsi="Aptos"/>
        </w:rPr>
        <w:t>(</w:t>
      </w:r>
      <w:r w:rsidR="003363B0"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 ) Utilizei IA conforme tabela</w:t>
      </w:r>
    </w:p>
    <w:p w14:paraId="2FE7B35A" w14:textId="24801233" w:rsidR="00055202" w:rsidRPr="003363B0" w:rsidRDefault="00000000" w:rsidP="003363B0">
      <w:pPr>
        <w:snapToGrid w:val="0"/>
        <w:spacing w:after="0" w:line="240" w:lineRule="auto"/>
        <w:rPr>
          <w:rFonts w:ascii="Aptos" w:hAnsi="Aptos"/>
        </w:rPr>
      </w:pPr>
      <w:r w:rsidRPr="003363B0">
        <w:rPr>
          <w:rFonts w:ascii="Aptos" w:hAnsi="Aptos"/>
        </w:rPr>
        <w:t xml:space="preserve">( </w:t>
      </w:r>
      <w:r w:rsidR="003363B0"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) </w:t>
      </w:r>
      <w:proofErr w:type="spellStart"/>
      <w:r w:rsidRPr="003363B0">
        <w:rPr>
          <w:rFonts w:ascii="Aptos" w:hAnsi="Aptos"/>
        </w:rPr>
        <w:t>Revisei</w:t>
      </w:r>
      <w:proofErr w:type="spellEnd"/>
      <w:r w:rsidRPr="003363B0">
        <w:rPr>
          <w:rFonts w:ascii="Aptos" w:hAnsi="Aptos"/>
        </w:rPr>
        <w:t xml:space="preserve"> </w:t>
      </w:r>
      <w:proofErr w:type="spellStart"/>
      <w:r w:rsidRPr="003363B0">
        <w:rPr>
          <w:rFonts w:ascii="Aptos" w:hAnsi="Aptos"/>
        </w:rPr>
        <w:t>criticamente</w:t>
      </w:r>
      <w:proofErr w:type="spellEnd"/>
      <w:r w:rsidRPr="003363B0">
        <w:rPr>
          <w:rFonts w:ascii="Aptos" w:hAnsi="Aptos"/>
        </w:rPr>
        <w:t xml:space="preserve"> o </w:t>
      </w:r>
      <w:proofErr w:type="spellStart"/>
      <w:r w:rsidRPr="003363B0">
        <w:rPr>
          <w:rFonts w:ascii="Aptos" w:hAnsi="Aptos"/>
        </w:rPr>
        <w:t>conteúdo</w:t>
      </w:r>
      <w:proofErr w:type="spellEnd"/>
    </w:p>
    <w:p w14:paraId="66D8604E" w14:textId="055DC96F" w:rsidR="00055202" w:rsidRPr="003363B0" w:rsidRDefault="00000000" w:rsidP="003363B0">
      <w:pPr>
        <w:snapToGrid w:val="0"/>
        <w:spacing w:after="0" w:line="240" w:lineRule="auto"/>
        <w:rPr>
          <w:rFonts w:ascii="Aptos" w:hAnsi="Aptos"/>
        </w:rPr>
      </w:pPr>
      <w:r w:rsidRPr="003363B0">
        <w:rPr>
          <w:rFonts w:ascii="Aptos" w:hAnsi="Aptos"/>
        </w:rPr>
        <w:t xml:space="preserve">( </w:t>
      </w:r>
      <w:r w:rsidR="003363B0">
        <w:rPr>
          <w:rFonts w:ascii="Aptos" w:hAnsi="Aptos"/>
        </w:rPr>
        <w:t xml:space="preserve">   </w:t>
      </w:r>
      <w:r w:rsidRPr="003363B0">
        <w:rPr>
          <w:rFonts w:ascii="Aptos" w:hAnsi="Aptos"/>
        </w:rPr>
        <w:t xml:space="preserve">) </w:t>
      </w:r>
      <w:proofErr w:type="spellStart"/>
      <w:r w:rsidRPr="003363B0">
        <w:rPr>
          <w:rFonts w:ascii="Aptos" w:hAnsi="Aptos"/>
        </w:rPr>
        <w:t>Assumo</w:t>
      </w:r>
      <w:proofErr w:type="spellEnd"/>
      <w:r w:rsidRPr="003363B0">
        <w:rPr>
          <w:rFonts w:ascii="Aptos" w:hAnsi="Aptos"/>
        </w:rPr>
        <w:t xml:space="preserve"> </w:t>
      </w:r>
      <w:proofErr w:type="spellStart"/>
      <w:r w:rsidRPr="003363B0">
        <w:rPr>
          <w:rFonts w:ascii="Aptos" w:hAnsi="Aptos"/>
        </w:rPr>
        <w:t>responsabilidade</w:t>
      </w:r>
      <w:proofErr w:type="spellEnd"/>
      <w:r w:rsidRPr="003363B0">
        <w:rPr>
          <w:rFonts w:ascii="Aptos" w:hAnsi="Aptos"/>
        </w:rPr>
        <w:t xml:space="preserve"> integral</w:t>
      </w:r>
      <w:r w:rsidRPr="003363B0">
        <w:rPr>
          <w:rFonts w:ascii="Aptos" w:hAnsi="Aptos"/>
        </w:rPr>
        <w:br/>
      </w:r>
    </w:p>
    <w:p w14:paraId="7C42CED3" w14:textId="77777777" w:rsidR="001F6C7F" w:rsidRDefault="008A66A8" w:rsidP="008A66A8">
      <w:pPr>
        <w:snapToGrid w:val="0"/>
        <w:spacing w:after="0" w:line="240" w:lineRule="auto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5</w:t>
      </w:r>
      <w:r w:rsidRPr="008A66A8">
        <w:rPr>
          <w:rFonts w:ascii="Aptos" w:hAnsi="Aptos"/>
          <w:b/>
          <w:bCs/>
        </w:rPr>
        <w:t xml:space="preserve">. </w:t>
      </w:r>
      <w:proofErr w:type="spellStart"/>
      <w:r w:rsidRPr="008A66A8">
        <w:rPr>
          <w:rFonts w:ascii="Aptos" w:hAnsi="Aptos"/>
          <w:b/>
          <w:bCs/>
        </w:rPr>
        <w:t>Responsabilidade</w:t>
      </w:r>
      <w:proofErr w:type="spellEnd"/>
    </w:p>
    <w:p w14:paraId="11204058" w14:textId="2A0580D8" w:rsidR="00055202" w:rsidRPr="008A66A8" w:rsidRDefault="00000000" w:rsidP="008A66A8">
      <w:pPr>
        <w:snapToGrid w:val="0"/>
        <w:spacing w:after="0" w:line="240" w:lineRule="auto"/>
        <w:rPr>
          <w:rFonts w:ascii="Aptos" w:hAnsi="Aptos"/>
          <w:b/>
          <w:bCs/>
        </w:rPr>
      </w:pPr>
      <w:r w:rsidRPr="003363B0">
        <w:rPr>
          <w:rFonts w:ascii="Aptos" w:hAnsi="Aptos"/>
        </w:rPr>
        <w:t xml:space="preserve">Declaro </w:t>
      </w:r>
      <w:proofErr w:type="spellStart"/>
      <w:r w:rsidRPr="003363B0">
        <w:rPr>
          <w:rFonts w:ascii="Aptos" w:hAnsi="Aptos"/>
        </w:rPr>
        <w:t>que</w:t>
      </w:r>
      <w:proofErr w:type="spellEnd"/>
      <w:r w:rsidRPr="003363B0">
        <w:rPr>
          <w:rFonts w:ascii="Aptos" w:hAnsi="Aptos"/>
        </w:rPr>
        <w:t xml:space="preserve"> as </w:t>
      </w:r>
      <w:proofErr w:type="spellStart"/>
      <w:r w:rsidRPr="003363B0">
        <w:rPr>
          <w:rFonts w:ascii="Aptos" w:hAnsi="Aptos"/>
        </w:rPr>
        <w:t>informações</w:t>
      </w:r>
      <w:proofErr w:type="spellEnd"/>
      <w:r w:rsidRPr="003363B0">
        <w:rPr>
          <w:rFonts w:ascii="Aptos" w:hAnsi="Aptos"/>
        </w:rPr>
        <w:t xml:space="preserve"> </w:t>
      </w:r>
      <w:proofErr w:type="spellStart"/>
      <w:r w:rsidRPr="003363B0">
        <w:rPr>
          <w:rFonts w:ascii="Aptos" w:hAnsi="Aptos"/>
        </w:rPr>
        <w:t>são</w:t>
      </w:r>
      <w:proofErr w:type="spellEnd"/>
      <w:r w:rsidRPr="003363B0">
        <w:rPr>
          <w:rFonts w:ascii="Aptos" w:hAnsi="Aptos"/>
        </w:rPr>
        <w:t xml:space="preserve"> </w:t>
      </w:r>
      <w:proofErr w:type="spellStart"/>
      <w:r w:rsidRPr="003363B0">
        <w:rPr>
          <w:rFonts w:ascii="Aptos" w:hAnsi="Aptos"/>
        </w:rPr>
        <w:t>verdadeiras</w:t>
      </w:r>
      <w:proofErr w:type="spellEnd"/>
      <w:r w:rsidRPr="003363B0">
        <w:rPr>
          <w:rFonts w:ascii="Aptos" w:hAnsi="Aptos"/>
        </w:rPr>
        <w:t>.</w:t>
      </w:r>
      <w:r w:rsidRPr="003363B0">
        <w:rPr>
          <w:rFonts w:ascii="Aptos" w:hAnsi="Aptos"/>
        </w:rPr>
        <w:br/>
      </w:r>
    </w:p>
    <w:p w14:paraId="1D511ECD" w14:textId="71E8E395" w:rsidR="00055202" w:rsidRPr="003363B0" w:rsidRDefault="00000000" w:rsidP="003363B0">
      <w:pPr>
        <w:snapToGrid w:val="0"/>
        <w:spacing w:after="0" w:line="240" w:lineRule="auto"/>
        <w:rPr>
          <w:rFonts w:ascii="Aptos" w:hAnsi="Aptos"/>
        </w:rPr>
      </w:pPr>
      <w:r w:rsidRPr="003363B0">
        <w:rPr>
          <w:rFonts w:ascii="Aptos" w:hAnsi="Aptos"/>
        </w:rPr>
        <w:t xml:space="preserve">Local e data: </w:t>
      </w:r>
      <w:r w:rsidR="008A66A8">
        <w:rPr>
          <w:rFonts w:ascii="Aptos" w:hAnsi="Aptos"/>
        </w:rPr>
        <w:t xml:space="preserve">São Vicente, </w:t>
      </w:r>
      <w:r w:rsidR="00171D90">
        <w:rPr>
          <w:rFonts w:ascii="Aptos" w:hAnsi="Aptos"/>
        </w:rPr>
        <w:t xml:space="preserve">        </w:t>
      </w:r>
      <w:r w:rsidR="008A66A8">
        <w:rPr>
          <w:rFonts w:ascii="Aptos" w:hAnsi="Aptos"/>
        </w:rPr>
        <w:t xml:space="preserve">de </w:t>
      </w:r>
      <w:r w:rsidR="00171D90">
        <w:rPr>
          <w:rFonts w:ascii="Aptos" w:hAnsi="Aptos"/>
        </w:rPr>
        <w:t xml:space="preserve">                         </w:t>
      </w:r>
      <w:proofErr w:type="spellStart"/>
      <w:r w:rsidR="008A66A8">
        <w:rPr>
          <w:rFonts w:ascii="Aptos" w:hAnsi="Aptos"/>
        </w:rPr>
        <w:t>de</w:t>
      </w:r>
      <w:proofErr w:type="spellEnd"/>
      <w:r w:rsidR="008A66A8">
        <w:rPr>
          <w:rFonts w:ascii="Aptos" w:hAnsi="Aptos"/>
        </w:rPr>
        <w:t xml:space="preserve"> 2</w:t>
      </w:r>
      <w:r w:rsidR="00171D90">
        <w:rPr>
          <w:rFonts w:ascii="Aptos" w:hAnsi="Aptos"/>
        </w:rPr>
        <w:t>0   .</w:t>
      </w:r>
    </w:p>
    <w:p w14:paraId="752C4613" w14:textId="77777777" w:rsidR="008A66A8" w:rsidRDefault="008A66A8" w:rsidP="003363B0">
      <w:pPr>
        <w:snapToGrid w:val="0"/>
        <w:spacing w:after="0" w:line="240" w:lineRule="auto"/>
        <w:rPr>
          <w:rFonts w:ascii="Aptos" w:hAnsi="Aptos"/>
        </w:rPr>
      </w:pPr>
    </w:p>
    <w:p w14:paraId="30D906D2" w14:textId="77777777" w:rsidR="008A66A8" w:rsidRDefault="008A66A8" w:rsidP="003363B0">
      <w:pPr>
        <w:snapToGrid w:val="0"/>
        <w:spacing w:after="0" w:line="240" w:lineRule="auto"/>
        <w:rPr>
          <w:rFonts w:ascii="Aptos" w:hAnsi="Aptos"/>
        </w:rPr>
      </w:pPr>
    </w:p>
    <w:p w14:paraId="1C99F005" w14:textId="77777777" w:rsidR="008A66A8" w:rsidRDefault="008A66A8" w:rsidP="003363B0">
      <w:pPr>
        <w:snapToGrid w:val="0"/>
        <w:spacing w:after="0" w:line="240" w:lineRule="auto"/>
        <w:rPr>
          <w:rFonts w:ascii="Aptos" w:hAnsi="Aptos"/>
        </w:rPr>
      </w:pPr>
    </w:p>
    <w:p w14:paraId="4C17661B" w14:textId="6D6E0134" w:rsidR="00055202" w:rsidRPr="003363B0" w:rsidRDefault="00000000" w:rsidP="003363B0">
      <w:pPr>
        <w:snapToGrid w:val="0"/>
        <w:spacing w:after="0" w:line="240" w:lineRule="auto"/>
        <w:rPr>
          <w:rFonts w:ascii="Aptos" w:hAnsi="Aptos"/>
        </w:rPr>
      </w:pPr>
      <w:proofErr w:type="spellStart"/>
      <w:r w:rsidRPr="003363B0">
        <w:rPr>
          <w:rFonts w:ascii="Aptos" w:hAnsi="Aptos"/>
        </w:rPr>
        <w:t>Assinatura</w:t>
      </w:r>
      <w:proofErr w:type="spellEnd"/>
      <w:r w:rsidRPr="003363B0">
        <w:rPr>
          <w:rFonts w:ascii="Aptos" w:hAnsi="Aptos"/>
        </w:rPr>
        <w:t xml:space="preserve"> do </w:t>
      </w:r>
      <w:proofErr w:type="spellStart"/>
      <w:r w:rsidRPr="003363B0">
        <w:rPr>
          <w:rFonts w:ascii="Aptos" w:hAnsi="Aptos"/>
        </w:rPr>
        <w:t>aluno</w:t>
      </w:r>
      <w:proofErr w:type="spellEnd"/>
      <w:r w:rsidRPr="003363B0">
        <w:rPr>
          <w:rFonts w:ascii="Aptos" w:hAnsi="Aptos"/>
        </w:rPr>
        <w:t>: __________________________________</w:t>
      </w:r>
    </w:p>
    <w:p w14:paraId="182ED193" w14:textId="77777777" w:rsidR="008A66A8" w:rsidRDefault="008A66A8" w:rsidP="003363B0">
      <w:pPr>
        <w:snapToGrid w:val="0"/>
        <w:spacing w:after="0" w:line="240" w:lineRule="auto"/>
        <w:rPr>
          <w:rFonts w:ascii="Aptos" w:hAnsi="Aptos"/>
        </w:rPr>
      </w:pPr>
    </w:p>
    <w:p w14:paraId="176507C6" w14:textId="77777777" w:rsidR="008A66A8" w:rsidRDefault="008A66A8" w:rsidP="003363B0">
      <w:pPr>
        <w:snapToGrid w:val="0"/>
        <w:spacing w:after="0" w:line="240" w:lineRule="auto"/>
        <w:rPr>
          <w:rFonts w:ascii="Aptos" w:hAnsi="Aptos"/>
        </w:rPr>
      </w:pPr>
    </w:p>
    <w:p w14:paraId="703B1369" w14:textId="77777777" w:rsidR="008A66A8" w:rsidRDefault="008A66A8" w:rsidP="003363B0">
      <w:pPr>
        <w:snapToGrid w:val="0"/>
        <w:spacing w:after="0" w:line="240" w:lineRule="auto"/>
        <w:rPr>
          <w:rFonts w:ascii="Aptos" w:hAnsi="Aptos"/>
        </w:rPr>
      </w:pPr>
    </w:p>
    <w:p w14:paraId="38B4E629" w14:textId="5B916205" w:rsidR="00055202" w:rsidRPr="003363B0" w:rsidRDefault="00000000" w:rsidP="003363B0">
      <w:pPr>
        <w:snapToGrid w:val="0"/>
        <w:spacing w:after="0" w:line="240" w:lineRule="auto"/>
        <w:rPr>
          <w:rFonts w:ascii="Aptos" w:hAnsi="Aptos"/>
        </w:rPr>
      </w:pPr>
      <w:proofErr w:type="spellStart"/>
      <w:r w:rsidRPr="003363B0">
        <w:rPr>
          <w:rFonts w:ascii="Aptos" w:hAnsi="Aptos"/>
        </w:rPr>
        <w:t>Assinatura</w:t>
      </w:r>
      <w:proofErr w:type="spellEnd"/>
      <w:r w:rsidRPr="003363B0">
        <w:rPr>
          <w:rFonts w:ascii="Aptos" w:hAnsi="Aptos"/>
        </w:rPr>
        <w:t xml:space="preserve"> do </w:t>
      </w:r>
      <w:proofErr w:type="spellStart"/>
      <w:r w:rsidRPr="003363B0">
        <w:rPr>
          <w:rFonts w:ascii="Aptos" w:hAnsi="Aptos"/>
        </w:rPr>
        <w:t>orientador</w:t>
      </w:r>
      <w:proofErr w:type="spellEnd"/>
      <w:r w:rsidRPr="003363B0">
        <w:rPr>
          <w:rFonts w:ascii="Aptos" w:hAnsi="Aptos"/>
        </w:rPr>
        <w:t>: ______________________________</w:t>
      </w:r>
      <w:r w:rsidR="008A66A8">
        <w:rPr>
          <w:rFonts w:ascii="Aptos" w:hAnsi="Aptos"/>
        </w:rPr>
        <w:t>__</w:t>
      </w:r>
    </w:p>
    <w:sectPr w:rsidR="00055202" w:rsidRPr="003363B0" w:rsidSect="003363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4" w:bottom="1440" w:left="137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C4FA9" w14:textId="77777777" w:rsidR="000D167C" w:rsidRDefault="000D167C" w:rsidP="00170882">
      <w:pPr>
        <w:spacing w:after="0" w:line="240" w:lineRule="auto"/>
      </w:pPr>
      <w:r>
        <w:separator/>
      </w:r>
    </w:p>
  </w:endnote>
  <w:endnote w:type="continuationSeparator" w:id="0">
    <w:p w14:paraId="7CB5F444" w14:textId="77777777" w:rsidR="000D167C" w:rsidRDefault="000D167C" w:rsidP="00170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BD2CF" w14:textId="77777777" w:rsidR="00170882" w:rsidRDefault="0017088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49184" w14:textId="57490471" w:rsidR="00170882" w:rsidRPr="00170882" w:rsidRDefault="00170882">
    <w:pPr>
      <w:pStyle w:val="Rodap"/>
      <w:rPr>
        <w:sz w:val="8"/>
        <w:szCs w:val="8"/>
      </w:rPr>
    </w:pPr>
    <w:r w:rsidRPr="00170882">
      <w:rPr>
        <w:sz w:val="8"/>
        <w:szCs w:val="8"/>
      </w:rPr>
      <w:t>MAAP-02Mai2026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FF6CD" w14:textId="77777777" w:rsidR="00170882" w:rsidRDefault="001708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8458F" w14:textId="77777777" w:rsidR="000D167C" w:rsidRDefault="000D167C" w:rsidP="00170882">
      <w:pPr>
        <w:spacing w:after="0" w:line="240" w:lineRule="auto"/>
      </w:pPr>
      <w:r>
        <w:separator/>
      </w:r>
    </w:p>
  </w:footnote>
  <w:footnote w:type="continuationSeparator" w:id="0">
    <w:p w14:paraId="2ACB09E2" w14:textId="77777777" w:rsidR="000D167C" w:rsidRDefault="000D167C" w:rsidP="00170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932BB" w14:textId="77777777" w:rsidR="00170882" w:rsidRDefault="0017088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3822C" w14:textId="77777777" w:rsidR="00170882" w:rsidRDefault="0017088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2704C" w14:textId="77777777" w:rsidR="00170882" w:rsidRDefault="0017088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9290817">
    <w:abstractNumId w:val="8"/>
  </w:num>
  <w:num w:numId="2" w16cid:durableId="978607083">
    <w:abstractNumId w:val="6"/>
  </w:num>
  <w:num w:numId="3" w16cid:durableId="180049691">
    <w:abstractNumId w:val="5"/>
  </w:num>
  <w:num w:numId="4" w16cid:durableId="1916889410">
    <w:abstractNumId w:val="4"/>
  </w:num>
  <w:num w:numId="5" w16cid:durableId="1349796148">
    <w:abstractNumId w:val="7"/>
  </w:num>
  <w:num w:numId="6" w16cid:durableId="1108476043">
    <w:abstractNumId w:val="3"/>
  </w:num>
  <w:num w:numId="7" w16cid:durableId="2011054808">
    <w:abstractNumId w:val="2"/>
  </w:num>
  <w:num w:numId="8" w16cid:durableId="1017005917">
    <w:abstractNumId w:val="1"/>
  </w:num>
  <w:num w:numId="9" w16cid:durableId="658731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5202"/>
    <w:rsid w:val="0006063C"/>
    <w:rsid w:val="000D167C"/>
    <w:rsid w:val="0015074B"/>
    <w:rsid w:val="00170882"/>
    <w:rsid w:val="00171D90"/>
    <w:rsid w:val="001F5478"/>
    <w:rsid w:val="001F6C7F"/>
    <w:rsid w:val="0029639D"/>
    <w:rsid w:val="00326F90"/>
    <w:rsid w:val="003363B0"/>
    <w:rsid w:val="005254B8"/>
    <w:rsid w:val="008A66A8"/>
    <w:rsid w:val="00AA1D8D"/>
    <w:rsid w:val="00B47730"/>
    <w:rsid w:val="00CB0664"/>
    <w:rsid w:val="00F554F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BF94CD"/>
  <w14:defaultImageDpi w14:val="300"/>
  <w15:docId w15:val="{0C5B11C5-06E0-BD44-9588-0BB90AB49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935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Revisor</cp:lastModifiedBy>
  <cp:revision>2</cp:revision>
  <dcterms:created xsi:type="dcterms:W3CDTF">2026-05-12T21:17:00Z</dcterms:created>
  <dcterms:modified xsi:type="dcterms:W3CDTF">2026-05-12T21:17:00Z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23a066b813c4274124a2d19df281bef56fc9123c53a60150f70f8cefc589c477</vt:lpwstr>
  </property>
</Properties>
</file>